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jc w:val="center"/>
        <w:tblLayout w:type="fixed"/>
        <w:tblLook w:val="04A0" w:firstRow="1" w:lastRow="0" w:firstColumn="1" w:lastColumn="0" w:noHBand="0" w:noVBand="1"/>
      </w:tblPr>
      <w:tblGrid>
        <w:gridCol w:w="2268"/>
        <w:gridCol w:w="7370"/>
      </w:tblGrid>
      <w:tr w:rsidR="0058663F" w14:paraId="58B09D5C" w14:textId="77777777" w:rsidTr="00745CA0">
        <w:trPr>
          <w:trHeight w:val="1180"/>
          <w:jc w:val="center"/>
        </w:trPr>
        <w:tc>
          <w:tcPr>
            <w:tcW w:w="9638" w:type="dxa"/>
            <w:gridSpan w:val="2"/>
            <w:tcBorders>
              <w:top w:val="single" w:sz="8" w:space="0" w:color="A3ACB5"/>
              <w:left w:val="single" w:sz="8" w:space="0" w:color="A3ACB5"/>
              <w:bottom w:val="single" w:sz="8" w:space="0" w:color="A3ACB5"/>
              <w:right w:val="single" w:sz="8" w:space="0" w:color="A3ACB5"/>
            </w:tcBorders>
            <w:shd w:val="clear" w:color="auto" w:fill="FBFBFA"/>
            <w:tcMar>
              <w:top w:w="80" w:type="dxa"/>
              <w:left w:w="110" w:type="dxa"/>
              <w:bottom w:w="80" w:type="dxa"/>
              <w:right w:w="110" w:type="dxa"/>
            </w:tcMar>
            <w:vAlign w:val="center"/>
          </w:tcPr>
          <w:p w14:paraId="7F69FC1E" w14:textId="77777777" w:rsidR="0058663F" w:rsidRPr="006B0866" w:rsidRDefault="00085348">
            <w:pPr>
              <w:spacing w:after="40"/>
              <w:jc w:val="center"/>
              <w:rPr>
                <w:color w:val="000000" w:themeColor="text1"/>
                <w:sz w:val="40"/>
                <w:szCs w:val="40"/>
              </w:rPr>
            </w:pPr>
            <w:r w:rsidRPr="006B0866">
              <w:rPr>
                <w:rFonts w:ascii="Noto Serif CJK JP" w:eastAsia="Noto Serif CJK JP" w:hAnsi="Noto Serif CJK JP"/>
                <w:b/>
                <w:color w:val="000000" w:themeColor="text1"/>
                <w:sz w:val="40"/>
                <w:szCs w:val="40"/>
              </w:rPr>
              <w:t>投　稿　票</w:t>
            </w:r>
          </w:p>
          <w:p w14:paraId="1FFA197D" w14:textId="77777777" w:rsidR="0058663F" w:rsidRPr="00D34593" w:rsidRDefault="00085348" w:rsidP="00745CA0">
            <w:pPr>
              <w:ind w:right="110"/>
              <w:jc w:val="right"/>
              <w:rPr>
                <w:rFonts w:asciiTheme="minorEastAsia" w:eastAsiaTheme="minorEastAsia" w:hAnsiTheme="minorEastAsia"/>
              </w:rPr>
            </w:pPr>
            <w:r w:rsidRPr="00D34593">
              <w:rPr>
                <w:rFonts w:asciiTheme="minorEastAsia" w:eastAsiaTheme="minorEastAsia" w:hAnsiTheme="minorEastAsia"/>
                <w:color w:val="5C636B"/>
              </w:rPr>
              <w:t>投稿日：20</w:t>
            </w:r>
            <w:r w:rsidR="00802332">
              <w:rPr>
                <w:rFonts w:asciiTheme="minorEastAsia" w:eastAsiaTheme="minorEastAsia" w:hAnsiTheme="minorEastAsia"/>
                <w:color w:val="5C636B"/>
              </w:rPr>
              <w:t xml:space="preserve">  </w:t>
            </w:r>
            <w:r w:rsidRPr="00D34593">
              <w:rPr>
                <w:rFonts w:asciiTheme="minorEastAsia" w:eastAsiaTheme="minorEastAsia" w:hAnsiTheme="minorEastAsia"/>
                <w:color w:val="5C636B"/>
              </w:rPr>
              <w:t>年　月　日</w:t>
            </w:r>
          </w:p>
        </w:tc>
      </w:tr>
      <w:tr w:rsidR="0058663F" w14:paraId="321CABFA" w14:textId="77777777" w:rsidTr="00745CA0">
        <w:trPr>
          <w:trHeight w:val="385"/>
          <w:jc w:val="center"/>
        </w:trPr>
        <w:tc>
          <w:tcPr>
            <w:tcW w:w="2268" w:type="dxa"/>
            <w:tcBorders>
              <w:top w:val="single" w:sz="8" w:space="0" w:color="A3ACB5"/>
              <w:left w:val="single" w:sz="8" w:space="0" w:color="A3ACB5"/>
              <w:bottom w:val="single" w:sz="8" w:space="0" w:color="BEC4CA"/>
              <w:right w:val="single" w:sz="8" w:space="0" w:color="A3ACB5"/>
            </w:tcBorders>
            <w:shd w:val="clear" w:color="auto" w:fill="F6F4F1"/>
            <w:tcMar>
              <w:top w:w="80" w:type="dxa"/>
              <w:left w:w="110" w:type="dxa"/>
              <w:bottom w:w="80" w:type="dxa"/>
              <w:right w:w="110" w:type="dxa"/>
            </w:tcMar>
            <w:vAlign w:val="center"/>
          </w:tcPr>
          <w:p w14:paraId="0A91C12B" w14:textId="77777777" w:rsidR="0058663F" w:rsidRPr="00240D17" w:rsidRDefault="00085348">
            <w:pPr>
              <w:spacing w:after="0"/>
              <w:rPr>
                <w:rFonts w:asciiTheme="minorEastAsia" w:eastAsiaTheme="minorEastAsia" w:hAnsiTheme="minorEastAsia"/>
              </w:rPr>
            </w:pPr>
            <w:proofErr w:type="spellStart"/>
            <w:r w:rsidRPr="00240D17">
              <w:rPr>
                <w:rFonts w:asciiTheme="minorEastAsia" w:eastAsiaTheme="minorEastAsia" w:hAnsiTheme="minorEastAsia"/>
                <w:b/>
                <w:color w:val="2B3136"/>
              </w:rPr>
              <w:t>氏名</w:t>
            </w:r>
            <w:proofErr w:type="spellEnd"/>
          </w:p>
        </w:tc>
        <w:tc>
          <w:tcPr>
            <w:tcW w:w="7370" w:type="dxa"/>
            <w:tcBorders>
              <w:top w:val="single" w:sz="8" w:space="0" w:color="A3ACB5"/>
              <w:left w:val="single" w:sz="8" w:space="0" w:color="A3ACB5"/>
              <w:bottom w:val="single" w:sz="8" w:space="0" w:color="BEC4CA"/>
              <w:right w:val="single" w:sz="8" w:space="0" w:color="A3ACB5"/>
            </w:tcBorders>
            <w:shd w:val="clear" w:color="auto" w:fill="FFFFFF"/>
            <w:tcMar>
              <w:top w:w="80" w:type="dxa"/>
              <w:left w:w="110" w:type="dxa"/>
              <w:bottom w:w="80" w:type="dxa"/>
              <w:right w:w="110" w:type="dxa"/>
            </w:tcMar>
            <w:vAlign w:val="center"/>
          </w:tcPr>
          <w:p w14:paraId="63B458A8" w14:textId="77777777" w:rsidR="0058663F" w:rsidRDefault="0058663F">
            <w:pPr>
              <w:spacing w:after="0"/>
              <w:rPr>
                <w:rFonts w:eastAsiaTheme="minorEastAsia" w:hint="eastAsia"/>
                <w:lang w:eastAsia="ja-JP"/>
              </w:rPr>
            </w:pPr>
          </w:p>
          <w:p w14:paraId="14AC53EF" w14:textId="7DDAADC7" w:rsidR="00260748" w:rsidRPr="00260748" w:rsidRDefault="006133B1">
            <w:pPr>
              <w:spacing w:after="0"/>
              <w:rPr>
                <w:rFonts w:eastAsiaTheme="minorEastAsia" w:hint="eastAsia"/>
                <w:color w:val="EE0000"/>
                <w:sz w:val="18"/>
                <w:szCs w:val="18"/>
                <w:lang w:eastAsia="ja-JP"/>
              </w:rPr>
            </w:pPr>
            <w:r w:rsidRPr="006133B1">
              <w:rPr>
                <w:rFonts w:eastAsiaTheme="minorEastAsia"/>
                <w:color w:val="EE0000"/>
                <w:sz w:val="18"/>
                <w:szCs w:val="18"/>
                <w:lang w:eastAsia="ja-JP"/>
              </w:rPr>
              <w:t>共著者がいる場合は、共著者についても以下同様にご記入ください。</w:t>
            </w:r>
          </w:p>
        </w:tc>
      </w:tr>
      <w:tr w:rsidR="0058663F" w14:paraId="20B68DEE" w14:textId="77777777" w:rsidTr="00745CA0">
        <w:trPr>
          <w:trHeight w:val="379"/>
          <w:jc w:val="center"/>
        </w:trPr>
        <w:tc>
          <w:tcPr>
            <w:tcW w:w="2268" w:type="dxa"/>
            <w:tcBorders>
              <w:top w:val="single" w:sz="8" w:space="0" w:color="BEC4CA"/>
              <w:left w:val="single" w:sz="8" w:space="0" w:color="A3ACB5"/>
              <w:bottom w:val="single" w:sz="8" w:space="0" w:color="BEC4CA"/>
              <w:right w:val="single" w:sz="8" w:space="0" w:color="A3ACB5"/>
            </w:tcBorders>
            <w:shd w:val="clear" w:color="auto" w:fill="F6F4F1"/>
            <w:tcMar>
              <w:top w:w="80" w:type="dxa"/>
              <w:left w:w="110" w:type="dxa"/>
              <w:bottom w:w="80" w:type="dxa"/>
              <w:right w:w="110" w:type="dxa"/>
            </w:tcMar>
            <w:vAlign w:val="center"/>
          </w:tcPr>
          <w:p w14:paraId="10FE597C" w14:textId="77777777" w:rsidR="0058663F" w:rsidRPr="00240D17" w:rsidRDefault="00085348">
            <w:pPr>
              <w:spacing w:after="0"/>
              <w:rPr>
                <w:rFonts w:asciiTheme="minorEastAsia" w:eastAsiaTheme="minorEastAsia" w:hAnsiTheme="minorEastAsia"/>
              </w:rPr>
            </w:pPr>
            <w:proofErr w:type="spellStart"/>
            <w:r w:rsidRPr="00240D17">
              <w:rPr>
                <w:rFonts w:asciiTheme="minorEastAsia" w:eastAsiaTheme="minorEastAsia" w:hAnsiTheme="minorEastAsia"/>
                <w:b/>
                <w:color w:val="2B3136"/>
              </w:rPr>
              <w:t>所属・職位</w:t>
            </w:r>
            <w:proofErr w:type="spellEnd"/>
          </w:p>
        </w:tc>
        <w:tc>
          <w:tcPr>
            <w:tcW w:w="7370" w:type="dxa"/>
            <w:tcBorders>
              <w:top w:val="single" w:sz="8" w:space="0" w:color="BEC4CA"/>
              <w:left w:val="single" w:sz="8" w:space="0" w:color="A3ACB5"/>
              <w:bottom w:val="single" w:sz="8" w:space="0" w:color="BEC4CA"/>
              <w:right w:val="single" w:sz="8" w:space="0" w:color="A3ACB5"/>
            </w:tcBorders>
            <w:shd w:val="clear" w:color="auto" w:fill="FFFFFF"/>
            <w:tcMar>
              <w:top w:w="80" w:type="dxa"/>
              <w:left w:w="110" w:type="dxa"/>
              <w:bottom w:w="80" w:type="dxa"/>
              <w:right w:w="110" w:type="dxa"/>
            </w:tcMar>
            <w:vAlign w:val="center"/>
          </w:tcPr>
          <w:p w14:paraId="08BB9E5A" w14:textId="77777777" w:rsidR="0058663F" w:rsidRDefault="00085348">
            <w:pPr>
              <w:spacing w:after="0"/>
              <w:rPr>
                <w:lang w:eastAsia="ja-JP"/>
              </w:rPr>
            </w:pPr>
            <w:r>
              <w:rPr>
                <w:color w:val="6C7A8A"/>
                <w:sz w:val="21"/>
                <w:lang w:eastAsia="ja-JP"/>
              </w:rPr>
              <w:t>（例）○○大学・助教／講師／准教授／教授／大学院生</w:t>
            </w:r>
          </w:p>
        </w:tc>
      </w:tr>
      <w:tr w:rsidR="0058663F" w14:paraId="0A8A1429" w14:textId="77777777" w:rsidTr="00745CA0">
        <w:trPr>
          <w:trHeight w:val="260"/>
          <w:jc w:val="center"/>
        </w:trPr>
        <w:tc>
          <w:tcPr>
            <w:tcW w:w="2268" w:type="dxa"/>
            <w:tcBorders>
              <w:top w:val="single" w:sz="8" w:space="0" w:color="BEC4CA"/>
              <w:left w:val="single" w:sz="8" w:space="0" w:color="A3ACB5"/>
              <w:bottom w:val="single" w:sz="8" w:space="0" w:color="BEC4CA"/>
              <w:right w:val="single" w:sz="8" w:space="0" w:color="A3ACB5"/>
            </w:tcBorders>
            <w:shd w:val="clear" w:color="auto" w:fill="F6F4F1"/>
            <w:tcMar>
              <w:top w:w="80" w:type="dxa"/>
              <w:left w:w="110" w:type="dxa"/>
              <w:bottom w:w="80" w:type="dxa"/>
              <w:right w:w="110" w:type="dxa"/>
            </w:tcMar>
            <w:vAlign w:val="center"/>
          </w:tcPr>
          <w:p w14:paraId="166FB5E3" w14:textId="77777777" w:rsidR="0058663F" w:rsidRPr="00240D17" w:rsidRDefault="00085348">
            <w:pPr>
              <w:spacing w:after="0"/>
              <w:rPr>
                <w:rFonts w:asciiTheme="minorEastAsia" w:eastAsiaTheme="minorEastAsia" w:hAnsiTheme="minorEastAsia"/>
              </w:rPr>
            </w:pPr>
            <w:proofErr w:type="spellStart"/>
            <w:r w:rsidRPr="00240D17">
              <w:rPr>
                <w:rFonts w:asciiTheme="minorEastAsia" w:eastAsiaTheme="minorEastAsia" w:hAnsiTheme="minorEastAsia"/>
                <w:b/>
                <w:color w:val="2B3136"/>
              </w:rPr>
              <w:t>メールアドレス</w:t>
            </w:r>
            <w:proofErr w:type="spellEnd"/>
          </w:p>
        </w:tc>
        <w:tc>
          <w:tcPr>
            <w:tcW w:w="7370" w:type="dxa"/>
            <w:tcBorders>
              <w:top w:val="single" w:sz="8" w:space="0" w:color="BEC4CA"/>
              <w:left w:val="single" w:sz="8" w:space="0" w:color="A3ACB5"/>
              <w:bottom w:val="single" w:sz="8" w:space="0" w:color="BEC4CA"/>
              <w:right w:val="single" w:sz="8" w:space="0" w:color="A3ACB5"/>
            </w:tcBorders>
            <w:shd w:val="clear" w:color="auto" w:fill="FFFFFF"/>
            <w:tcMar>
              <w:top w:w="80" w:type="dxa"/>
              <w:left w:w="110" w:type="dxa"/>
              <w:bottom w:w="80" w:type="dxa"/>
              <w:right w:w="110" w:type="dxa"/>
            </w:tcMar>
            <w:vAlign w:val="center"/>
          </w:tcPr>
          <w:p w14:paraId="56A17172" w14:textId="77777777" w:rsidR="0058663F" w:rsidRDefault="0058663F">
            <w:pPr>
              <w:spacing w:after="0"/>
            </w:pPr>
          </w:p>
        </w:tc>
      </w:tr>
      <w:tr w:rsidR="0058663F" w14:paraId="699CE18D" w14:textId="77777777" w:rsidTr="00745CA0">
        <w:trPr>
          <w:trHeight w:val="168"/>
          <w:jc w:val="center"/>
        </w:trPr>
        <w:tc>
          <w:tcPr>
            <w:tcW w:w="2268" w:type="dxa"/>
            <w:tcBorders>
              <w:top w:val="single" w:sz="8" w:space="0" w:color="BEC4CA"/>
              <w:left w:val="single" w:sz="8" w:space="0" w:color="A3ACB5"/>
              <w:bottom w:val="single" w:sz="8" w:space="0" w:color="BEC4CA"/>
              <w:right w:val="single" w:sz="8" w:space="0" w:color="A3ACB5"/>
            </w:tcBorders>
            <w:shd w:val="clear" w:color="auto" w:fill="F6F4F1"/>
            <w:tcMar>
              <w:top w:w="80" w:type="dxa"/>
              <w:left w:w="110" w:type="dxa"/>
              <w:bottom w:w="80" w:type="dxa"/>
              <w:right w:w="110" w:type="dxa"/>
            </w:tcMar>
            <w:vAlign w:val="center"/>
          </w:tcPr>
          <w:p w14:paraId="6E341207" w14:textId="77777777" w:rsidR="0058663F" w:rsidRPr="00240D17" w:rsidRDefault="00085348">
            <w:pPr>
              <w:spacing w:after="0"/>
              <w:rPr>
                <w:rFonts w:asciiTheme="minorEastAsia" w:eastAsiaTheme="minorEastAsia" w:hAnsiTheme="minorEastAsia"/>
              </w:rPr>
            </w:pPr>
            <w:proofErr w:type="spellStart"/>
            <w:r w:rsidRPr="00240D17">
              <w:rPr>
                <w:rFonts w:asciiTheme="minorEastAsia" w:eastAsiaTheme="minorEastAsia" w:hAnsiTheme="minorEastAsia"/>
                <w:b/>
                <w:color w:val="2B3136"/>
              </w:rPr>
              <w:t>電話番号</w:t>
            </w:r>
            <w:proofErr w:type="spellEnd"/>
          </w:p>
        </w:tc>
        <w:tc>
          <w:tcPr>
            <w:tcW w:w="7370" w:type="dxa"/>
            <w:tcBorders>
              <w:top w:val="single" w:sz="8" w:space="0" w:color="BEC4CA"/>
              <w:left w:val="single" w:sz="8" w:space="0" w:color="A3ACB5"/>
              <w:bottom w:val="single" w:sz="8" w:space="0" w:color="BEC4CA"/>
              <w:right w:val="single" w:sz="8" w:space="0" w:color="A3ACB5"/>
            </w:tcBorders>
            <w:shd w:val="clear" w:color="auto" w:fill="FFFFFF"/>
            <w:tcMar>
              <w:top w:w="80" w:type="dxa"/>
              <w:left w:w="110" w:type="dxa"/>
              <w:bottom w:w="80" w:type="dxa"/>
              <w:right w:w="110" w:type="dxa"/>
            </w:tcMar>
            <w:vAlign w:val="center"/>
          </w:tcPr>
          <w:p w14:paraId="5EA48C07" w14:textId="77777777" w:rsidR="0058663F" w:rsidRDefault="0058663F">
            <w:pPr>
              <w:spacing w:after="0"/>
            </w:pPr>
          </w:p>
        </w:tc>
      </w:tr>
      <w:tr w:rsidR="0058663F" w14:paraId="08E1EBDE" w14:textId="77777777" w:rsidTr="00745CA0">
        <w:trPr>
          <w:trHeight w:val="232"/>
          <w:jc w:val="center"/>
        </w:trPr>
        <w:tc>
          <w:tcPr>
            <w:tcW w:w="2268" w:type="dxa"/>
            <w:tcBorders>
              <w:top w:val="single" w:sz="8" w:space="0" w:color="BEC4CA"/>
              <w:left w:val="single" w:sz="8" w:space="0" w:color="A3ACB5"/>
              <w:bottom w:val="single" w:sz="8" w:space="0" w:color="BEC4CA"/>
              <w:right w:val="single" w:sz="8" w:space="0" w:color="A3ACB5"/>
            </w:tcBorders>
            <w:shd w:val="clear" w:color="auto" w:fill="F6F4F1"/>
            <w:tcMar>
              <w:top w:w="80" w:type="dxa"/>
              <w:left w:w="110" w:type="dxa"/>
              <w:bottom w:w="80" w:type="dxa"/>
              <w:right w:w="110" w:type="dxa"/>
            </w:tcMar>
            <w:vAlign w:val="center"/>
          </w:tcPr>
          <w:p w14:paraId="4285C579" w14:textId="77777777" w:rsidR="0058663F" w:rsidRPr="00240D17" w:rsidRDefault="00085348">
            <w:pPr>
              <w:spacing w:after="0"/>
              <w:rPr>
                <w:rFonts w:asciiTheme="minorEastAsia" w:eastAsiaTheme="minorEastAsia" w:hAnsiTheme="minorEastAsia"/>
              </w:rPr>
            </w:pPr>
            <w:proofErr w:type="spellStart"/>
            <w:r w:rsidRPr="00240D17">
              <w:rPr>
                <w:rFonts w:asciiTheme="minorEastAsia" w:eastAsiaTheme="minorEastAsia" w:hAnsiTheme="minorEastAsia"/>
                <w:b/>
                <w:color w:val="2B3136"/>
              </w:rPr>
              <w:t>論文タイトル</w:t>
            </w:r>
            <w:proofErr w:type="spellEnd"/>
          </w:p>
        </w:tc>
        <w:tc>
          <w:tcPr>
            <w:tcW w:w="7370" w:type="dxa"/>
            <w:tcBorders>
              <w:top w:val="single" w:sz="8" w:space="0" w:color="BEC4CA"/>
              <w:left w:val="single" w:sz="8" w:space="0" w:color="A3ACB5"/>
              <w:bottom w:val="single" w:sz="8" w:space="0" w:color="BEC4CA"/>
              <w:right w:val="single" w:sz="8" w:space="0" w:color="A3ACB5"/>
            </w:tcBorders>
            <w:shd w:val="clear" w:color="auto" w:fill="FFFFFF"/>
            <w:tcMar>
              <w:top w:w="80" w:type="dxa"/>
              <w:left w:w="110" w:type="dxa"/>
              <w:bottom w:w="80" w:type="dxa"/>
              <w:right w:w="110" w:type="dxa"/>
            </w:tcMar>
            <w:vAlign w:val="center"/>
          </w:tcPr>
          <w:p w14:paraId="20F59856" w14:textId="77777777" w:rsidR="0058663F" w:rsidRDefault="0058663F">
            <w:pPr>
              <w:spacing w:after="0"/>
            </w:pPr>
          </w:p>
        </w:tc>
      </w:tr>
      <w:tr w:rsidR="00B1652A" w14:paraId="70B3E411" w14:textId="77777777" w:rsidTr="00745CA0">
        <w:trPr>
          <w:trHeight w:val="140"/>
          <w:jc w:val="center"/>
        </w:trPr>
        <w:tc>
          <w:tcPr>
            <w:tcW w:w="2268" w:type="dxa"/>
            <w:tcBorders>
              <w:top w:val="single" w:sz="8" w:space="0" w:color="BEC4CA"/>
              <w:left w:val="single" w:sz="8" w:space="0" w:color="A3ACB5"/>
              <w:bottom w:val="single" w:sz="8" w:space="0" w:color="BEC4CA"/>
              <w:right w:val="single" w:sz="8" w:space="0" w:color="A3ACB5"/>
            </w:tcBorders>
            <w:shd w:val="clear" w:color="auto" w:fill="F6F4F1"/>
            <w:tcMar>
              <w:top w:w="80" w:type="dxa"/>
              <w:left w:w="110" w:type="dxa"/>
              <w:bottom w:w="80" w:type="dxa"/>
              <w:right w:w="110" w:type="dxa"/>
            </w:tcMar>
            <w:vAlign w:val="center"/>
          </w:tcPr>
          <w:p w14:paraId="5E226835" w14:textId="77777777" w:rsidR="00B1652A" w:rsidRPr="00240D17" w:rsidRDefault="00B1652A">
            <w:pPr>
              <w:spacing w:after="0"/>
              <w:rPr>
                <w:rFonts w:asciiTheme="minorEastAsia" w:eastAsiaTheme="minorEastAsia" w:hAnsiTheme="minorEastAsia"/>
                <w:b/>
                <w:color w:val="2B3136"/>
              </w:rPr>
            </w:pPr>
            <w:r w:rsidRPr="00240D17">
              <w:rPr>
                <w:rFonts w:asciiTheme="minorEastAsia" w:eastAsiaTheme="minorEastAsia" w:hAnsiTheme="minorEastAsia" w:cs="ＭＳ 明朝" w:hint="eastAsia"/>
                <w:b/>
                <w:color w:val="2B3136"/>
              </w:rPr>
              <w:t>号</w:t>
            </w:r>
          </w:p>
        </w:tc>
        <w:tc>
          <w:tcPr>
            <w:tcW w:w="7370" w:type="dxa"/>
            <w:tcBorders>
              <w:top w:val="single" w:sz="8" w:space="0" w:color="BEC4CA"/>
              <w:left w:val="single" w:sz="8" w:space="0" w:color="A3ACB5"/>
              <w:bottom w:val="single" w:sz="8" w:space="0" w:color="BEC4CA"/>
              <w:right w:val="single" w:sz="8" w:space="0" w:color="A3ACB5"/>
            </w:tcBorders>
            <w:shd w:val="clear" w:color="auto" w:fill="FFFFFF"/>
            <w:tcMar>
              <w:top w:w="80" w:type="dxa"/>
              <w:left w:w="110" w:type="dxa"/>
              <w:bottom w:w="80" w:type="dxa"/>
              <w:right w:w="110" w:type="dxa"/>
            </w:tcMar>
            <w:vAlign w:val="center"/>
          </w:tcPr>
          <w:p w14:paraId="69049ACF" w14:textId="77777777" w:rsidR="008A2F67" w:rsidRPr="008A2F67" w:rsidRDefault="00617E43" w:rsidP="008A2F67">
            <w:pPr>
              <w:spacing w:after="0"/>
              <w:ind w:firstLineChars="100" w:firstLine="220"/>
              <w:rPr>
                <w:rFonts w:ascii="ＭＳ 明朝" w:eastAsia="ＭＳ 明朝" w:hAnsi="ＭＳ 明朝" w:cs="ＭＳ 明朝"/>
                <w:color w:val="000000" w:themeColor="text1"/>
                <w:lang w:eastAsia="zh-CN"/>
              </w:rPr>
            </w:pPr>
            <w:r w:rsidRPr="00745CA0">
              <w:rPr>
                <w:rFonts w:asciiTheme="minorEastAsia" w:eastAsiaTheme="minorEastAsia" w:hAnsiTheme="minorEastAsia" w:cs="PMingLiU" w:hint="eastAsia"/>
                <w:color w:val="000000" w:themeColor="text1"/>
                <w:lang w:eastAsia="zh-CN"/>
              </w:rPr>
              <w:t xml:space="preserve">○ </w:t>
            </w:r>
            <w:r w:rsidR="00B1652A" w:rsidRPr="00745CA0">
              <w:rPr>
                <w:rFonts w:ascii="ＭＳ 明朝" w:eastAsia="ＭＳ 明朝" w:hAnsi="ＭＳ 明朝" w:cs="ＭＳ 明朝" w:hint="eastAsia"/>
                <w:color w:val="000000" w:themeColor="text1"/>
                <w:lang w:eastAsia="zh-CN"/>
              </w:rPr>
              <w:t>秋季号</w:t>
            </w:r>
            <w:r w:rsidR="008A2F67" w:rsidRPr="008A2F67">
              <w:rPr>
                <w:rFonts w:asciiTheme="minorEastAsia" w:eastAsiaTheme="minorEastAsia" w:hAnsiTheme="minorEastAsia" w:cs="ＭＳ 明朝" w:hint="eastAsia"/>
                <w:color w:val="758393"/>
                <w:sz w:val="20"/>
                <w:szCs w:val="20"/>
                <w:lang w:eastAsia="zh-CN"/>
              </w:rPr>
              <w:t>（9月発行</w:t>
            </w:r>
            <w:r w:rsidR="008A2F67" w:rsidRPr="008A2F67">
              <w:rPr>
                <w:rFonts w:asciiTheme="minorEastAsia" w:eastAsiaTheme="minorEastAsia" w:hAnsiTheme="minorEastAsia" w:cs="ＭＳ 明朝"/>
                <w:color w:val="758393"/>
                <w:sz w:val="20"/>
                <w:szCs w:val="20"/>
                <w:lang w:eastAsia="zh-CN"/>
              </w:rPr>
              <w:t>）</w:t>
            </w:r>
            <w:r w:rsidR="00B1652A" w:rsidRPr="008A2F67">
              <w:rPr>
                <w:rFonts w:ascii="ＭＳ 明朝" w:eastAsia="ＭＳ 明朝" w:hAnsi="ＭＳ 明朝" w:cs="ＭＳ 明朝" w:hint="eastAsia"/>
                <w:color w:val="758393"/>
                <w:lang w:eastAsia="zh-CN"/>
              </w:rPr>
              <w:t xml:space="preserve">　</w:t>
            </w:r>
            <w:r w:rsidRPr="008A2F67">
              <w:rPr>
                <w:rFonts w:ascii="ＭＳ 明朝" w:eastAsia="ＭＳ 明朝" w:hAnsi="ＭＳ 明朝" w:cs="ＭＳ 明朝" w:hint="eastAsia"/>
                <w:color w:val="758393"/>
                <w:lang w:eastAsia="zh-CN"/>
              </w:rPr>
              <w:t xml:space="preserve"> </w:t>
            </w:r>
            <w:r w:rsidRPr="00745CA0">
              <w:rPr>
                <w:rFonts w:ascii="ＭＳ 明朝" w:eastAsia="ＭＳ 明朝" w:hAnsi="ＭＳ 明朝" w:cs="ＭＳ 明朝"/>
                <w:color w:val="000000" w:themeColor="text1"/>
                <w:lang w:eastAsia="zh-CN"/>
              </w:rPr>
              <w:t xml:space="preserve"> </w:t>
            </w:r>
            <w:r w:rsidR="00B1652A" w:rsidRPr="00745CA0">
              <w:rPr>
                <w:rFonts w:ascii="ＭＳ 明朝" w:eastAsia="ＭＳ 明朝" w:hAnsi="ＭＳ 明朝" w:cs="ＭＳ 明朝" w:hint="eastAsia"/>
                <w:color w:val="000000" w:themeColor="text1"/>
                <w:lang w:eastAsia="zh-CN"/>
              </w:rPr>
              <w:t xml:space="preserve">　</w:t>
            </w:r>
            <w:r w:rsidRPr="00745CA0">
              <w:rPr>
                <w:rFonts w:asciiTheme="minorEastAsia" w:eastAsiaTheme="minorEastAsia" w:hAnsiTheme="minorEastAsia" w:cs="PMingLiU" w:hint="eastAsia"/>
                <w:color w:val="000000" w:themeColor="text1"/>
                <w:lang w:eastAsia="zh-CN"/>
              </w:rPr>
              <w:t xml:space="preserve">○ </w:t>
            </w:r>
            <w:r w:rsidR="00B1652A" w:rsidRPr="00745CA0">
              <w:rPr>
                <w:rFonts w:ascii="ＭＳ 明朝" w:eastAsia="ＭＳ 明朝" w:hAnsi="ＭＳ 明朝" w:cs="ＭＳ 明朝" w:hint="eastAsia"/>
                <w:color w:val="000000" w:themeColor="text1"/>
                <w:lang w:eastAsia="zh-CN"/>
              </w:rPr>
              <w:t>春季号</w:t>
            </w:r>
            <w:r w:rsidR="00E00C8C" w:rsidRPr="008A2F67">
              <w:rPr>
                <w:rFonts w:asciiTheme="minorEastAsia" w:eastAsiaTheme="minorEastAsia" w:hAnsiTheme="minorEastAsia" w:cs="ＭＳ 明朝" w:hint="eastAsia"/>
                <w:color w:val="758393"/>
                <w:sz w:val="20"/>
                <w:szCs w:val="20"/>
                <w:lang w:eastAsia="zh-CN"/>
              </w:rPr>
              <w:t>（</w:t>
            </w:r>
            <w:r w:rsidR="008A2F67" w:rsidRPr="008A2F67">
              <w:rPr>
                <w:rFonts w:asciiTheme="minorEastAsia" w:eastAsiaTheme="minorEastAsia" w:hAnsiTheme="minorEastAsia" w:cs="ＭＳ 明朝" w:hint="eastAsia"/>
                <w:color w:val="758393"/>
                <w:sz w:val="20"/>
                <w:szCs w:val="20"/>
                <w:lang w:eastAsia="zh-CN"/>
              </w:rPr>
              <w:t>3月発行</w:t>
            </w:r>
            <w:r w:rsidR="00E00C8C" w:rsidRPr="008A2F67">
              <w:rPr>
                <w:rFonts w:asciiTheme="minorEastAsia" w:eastAsiaTheme="minorEastAsia" w:hAnsiTheme="minorEastAsia" w:cs="ＭＳ 明朝"/>
                <w:color w:val="758393"/>
                <w:sz w:val="20"/>
                <w:szCs w:val="20"/>
                <w:lang w:eastAsia="zh-CN"/>
              </w:rPr>
              <w:t>）</w:t>
            </w:r>
          </w:p>
        </w:tc>
      </w:tr>
      <w:tr w:rsidR="00B1652A" w14:paraId="0DF5B44D" w14:textId="77777777" w:rsidTr="00745CA0">
        <w:trPr>
          <w:trHeight w:val="203"/>
          <w:jc w:val="center"/>
        </w:trPr>
        <w:tc>
          <w:tcPr>
            <w:tcW w:w="2268" w:type="dxa"/>
            <w:tcBorders>
              <w:top w:val="single" w:sz="8" w:space="0" w:color="BEC4CA"/>
              <w:left w:val="single" w:sz="8" w:space="0" w:color="A3ACB5"/>
              <w:bottom w:val="single" w:sz="8" w:space="0" w:color="BEC4CA"/>
              <w:right w:val="single" w:sz="8" w:space="0" w:color="A3ACB5"/>
            </w:tcBorders>
            <w:shd w:val="clear" w:color="auto" w:fill="F6F4F1"/>
            <w:tcMar>
              <w:top w:w="80" w:type="dxa"/>
              <w:left w:w="110" w:type="dxa"/>
              <w:bottom w:w="80" w:type="dxa"/>
              <w:right w:w="110" w:type="dxa"/>
            </w:tcMar>
            <w:vAlign w:val="center"/>
          </w:tcPr>
          <w:p w14:paraId="40415D75" w14:textId="77777777" w:rsidR="00B1652A" w:rsidRPr="00240D17" w:rsidRDefault="00B1652A">
            <w:pPr>
              <w:spacing w:after="0"/>
              <w:rPr>
                <w:rFonts w:asciiTheme="minorEastAsia" w:eastAsiaTheme="minorEastAsia" w:hAnsiTheme="minorEastAsia"/>
                <w:b/>
                <w:color w:val="2B3136"/>
              </w:rPr>
            </w:pPr>
            <w:proofErr w:type="spellStart"/>
            <w:r w:rsidRPr="00240D17">
              <w:rPr>
                <w:rFonts w:asciiTheme="minorEastAsia" w:eastAsiaTheme="minorEastAsia" w:hAnsiTheme="minorEastAsia" w:cs="ＭＳ 明朝" w:hint="eastAsia"/>
                <w:b/>
                <w:color w:val="2B3136"/>
              </w:rPr>
              <w:t>種別</w:t>
            </w:r>
            <w:proofErr w:type="spellEnd"/>
          </w:p>
        </w:tc>
        <w:tc>
          <w:tcPr>
            <w:tcW w:w="7370" w:type="dxa"/>
            <w:tcBorders>
              <w:top w:val="single" w:sz="8" w:space="0" w:color="BEC4CA"/>
              <w:left w:val="single" w:sz="8" w:space="0" w:color="A3ACB5"/>
              <w:bottom w:val="single" w:sz="8" w:space="0" w:color="BEC4CA"/>
              <w:right w:val="single" w:sz="8" w:space="0" w:color="A3ACB5"/>
            </w:tcBorders>
            <w:shd w:val="clear" w:color="auto" w:fill="FFFFFF"/>
            <w:tcMar>
              <w:top w:w="80" w:type="dxa"/>
              <w:left w:w="110" w:type="dxa"/>
              <w:bottom w:w="80" w:type="dxa"/>
              <w:right w:w="110" w:type="dxa"/>
            </w:tcMar>
            <w:vAlign w:val="center"/>
          </w:tcPr>
          <w:p w14:paraId="26AB1FF5" w14:textId="77777777" w:rsidR="00B1652A" w:rsidRDefault="00617E43" w:rsidP="00B1652A">
            <w:pPr>
              <w:spacing w:after="0"/>
              <w:ind w:firstLineChars="100" w:firstLine="220"/>
              <w:rPr>
                <w:lang w:eastAsia="ja-JP"/>
              </w:rPr>
            </w:pPr>
            <w:r w:rsidRPr="00745CA0">
              <w:rPr>
                <w:rFonts w:asciiTheme="minorEastAsia" w:eastAsiaTheme="minorEastAsia" w:hAnsiTheme="minorEastAsia" w:cs="PMingLiU" w:hint="eastAsia"/>
                <w:color w:val="000000" w:themeColor="text1"/>
                <w:lang w:eastAsia="ja-JP"/>
              </w:rPr>
              <w:t>○</w:t>
            </w:r>
            <w:r w:rsidRPr="00745CA0">
              <w:rPr>
                <w:rFonts w:asciiTheme="minorEastAsia" w:eastAsiaTheme="minorEastAsia" w:hAnsiTheme="minorEastAsia" w:cs="PMingLiU"/>
                <w:color w:val="000000" w:themeColor="text1"/>
                <w:lang w:eastAsia="ja-JP"/>
              </w:rPr>
              <w:t xml:space="preserve"> </w:t>
            </w:r>
            <w:r w:rsidRPr="00745CA0">
              <w:rPr>
                <w:rFonts w:asciiTheme="minorEastAsia" w:eastAsiaTheme="minorEastAsia" w:hAnsiTheme="minorEastAsia" w:cs="PMingLiU" w:hint="eastAsia"/>
                <w:color w:val="000000" w:themeColor="text1"/>
                <w:lang w:eastAsia="ja-JP"/>
              </w:rPr>
              <w:t>論文　　　　○</w:t>
            </w:r>
            <w:r w:rsidRPr="00745CA0">
              <w:rPr>
                <w:rFonts w:asciiTheme="minorEastAsia" w:eastAsiaTheme="minorEastAsia" w:hAnsiTheme="minorEastAsia" w:cs="PMingLiU"/>
                <w:color w:val="000000" w:themeColor="text1"/>
                <w:lang w:eastAsia="ja-JP"/>
              </w:rPr>
              <w:t xml:space="preserve"> </w:t>
            </w:r>
            <w:r w:rsidRPr="00745CA0">
              <w:rPr>
                <w:rFonts w:asciiTheme="minorEastAsia" w:eastAsiaTheme="minorEastAsia" w:hAnsiTheme="minorEastAsia" w:cs="PMingLiU" w:hint="eastAsia"/>
                <w:color w:val="000000" w:themeColor="text1"/>
                <w:lang w:eastAsia="ja-JP"/>
              </w:rPr>
              <w:t>研究ノート　　　　○</w:t>
            </w:r>
            <w:r w:rsidRPr="00745CA0">
              <w:rPr>
                <w:rFonts w:asciiTheme="minorEastAsia" w:eastAsiaTheme="minorEastAsia" w:hAnsiTheme="minorEastAsia" w:cs="PMingLiU"/>
                <w:color w:val="000000" w:themeColor="text1"/>
                <w:lang w:eastAsia="ja-JP"/>
              </w:rPr>
              <w:t xml:space="preserve"> </w:t>
            </w:r>
            <w:r w:rsidRPr="00745CA0">
              <w:rPr>
                <w:rFonts w:asciiTheme="minorEastAsia" w:eastAsiaTheme="minorEastAsia" w:hAnsiTheme="minorEastAsia" w:cs="PMingLiU" w:hint="eastAsia"/>
                <w:color w:val="000000" w:themeColor="text1"/>
                <w:lang w:eastAsia="ja-JP"/>
              </w:rPr>
              <w:t>書評</w:t>
            </w:r>
          </w:p>
        </w:tc>
      </w:tr>
      <w:tr w:rsidR="0058663F" w14:paraId="1627AC84" w14:textId="77777777" w:rsidTr="00745CA0">
        <w:trPr>
          <w:trHeight w:val="820"/>
          <w:jc w:val="center"/>
        </w:trPr>
        <w:tc>
          <w:tcPr>
            <w:tcW w:w="2268" w:type="dxa"/>
            <w:tcBorders>
              <w:top w:val="single" w:sz="8" w:space="0" w:color="BEC4CA"/>
              <w:left w:val="single" w:sz="8" w:space="0" w:color="A3ACB5"/>
              <w:bottom w:val="single" w:sz="8" w:space="0" w:color="BEC4CA"/>
              <w:right w:val="single" w:sz="8" w:space="0" w:color="A3ACB5"/>
            </w:tcBorders>
            <w:shd w:val="clear" w:color="auto" w:fill="F6F4F1"/>
            <w:tcMar>
              <w:top w:w="80" w:type="dxa"/>
              <w:left w:w="110" w:type="dxa"/>
              <w:bottom w:w="80" w:type="dxa"/>
              <w:right w:w="110" w:type="dxa"/>
            </w:tcMar>
            <w:vAlign w:val="center"/>
          </w:tcPr>
          <w:p w14:paraId="2612AD97" w14:textId="77777777" w:rsidR="0058663F" w:rsidRDefault="00085348">
            <w:pPr>
              <w:spacing w:after="0"/>
              <w:rPr>
                <w:rFonts w:asciiTheme="minorEastAsia" w:eastAsiaTheme="minorEastAsia" w:hAnsiTheme="minorEastAsia"/>
                <w:b/>
                <w:color w:val="2B3136"/>
                <w:lang w:eastAsia="ja-JP"/>
              </w:rPr>
            </w:pPr>
            <w:r w:rsidRPr="00240D17">
              <w:rPr>
                <w:rFonts w:asciiTheme="minorEastAsia" w:eastAsiaTheme="minorEastAsia" w:hAnsiTheme="minorEastAsia"/>
                <w:b/>
                <w:color w:val="2B3136"/>
                <w:lang w:eastAsia="ja-JP"/>
              </w:rPr>
              <w:t>分野</w:t>
            </w:r>
          </w:p>
          <w:p w14:paraId="359A3580" w14:textId="77777777" w:rsidR="00D34593" w:rsidRPr="00D34593" w:rsidRDefault="00D34593" w:rsidP="006B0866">
            <w:pPr>
              <w:spacing w:after="0" w:line="240" w:lineRule="auto"/>
              <w:rPr>
                <w:rFonts w:asciiTheme="minorEastAsia" w:eastAsiaTheme="minorEastAsia" w:hAnsiTheme="minorEastAsia"/>
                <w:sz w:val="20"/>
                <w:szCs w:val="20"/>
                <w:lang w:eastAsia="ja-JP"/>
              </w:rPr>
            </w:pPr>
            <w:r w:rsidRPr="00D34593">
              <w:rPr>
                <w:rFonts w:asciiTheme="minorEastAsia" w:eastAsiaTheme="minorEastAsia" w:hAnsiTheme="minorEastAsia" w:cs="ＭＳ 明朝" w:hint="eastAsia"/>
                <w:color w:val="6C7A8A"/>
                <w:sz w:val="20"/>
                <w:szCs w:val="20"/>
                <w:lang w:eastAsia="ja-JP"/>
              </w:rPr>
              <w:t>（該当する分野を残す。</w:t>
            </w:r>
            <w:proofErr w:type="spellStart"/>
            <w:r w:rsidRPr="00D34593">
              <w:rPr>
                <w:rFonts w:asciiTheme="minorEastAsia" w:eastAsiaTheme="minorEastAsia" w:hAnsiTheme="minorEastAsia" w:cs="ＭＳ 明朝" w:hint="eastAsia"/>
                <w:color w:val="6C7A8A"/>
                <w:sz w:val="20"/>
                <w:szCs w:val="20"/>
              </w:rPr>
              <w:t>複数回答可</w:t>
            </w:r>
            <w:proofErr w:type="spellEnd"/>
            <w:r w:rsidRPr="00D34593">
              <w:rPr>
                <w:rFonts w:asciiTheme="minorEastAsia" w:eastAsiaTheme="minorEastAsia" w:hAnsiTheme="minorEastAsia" w:hint="eastAsia"/>
                <w:color w:val="6C7A8A"/>
                <w:sz w:val="20"/>
                <w:szCs w:val="20"/>
              </w:rPr>
              <w:t>)</w:t>
            </w:r>
          </w:p>
        </w:tc>
        <w:tc>
          <w:tcPr>
            <w:tcW w:w="7370" w:type="dxa"/>
            <w:tcBorders>
              <w:top w:val="single" w:sz="8" w:space="0" w:color="BEC4CA"/>
              <w:left w:val="single" w:sz="8" w:space="0" w:color="A3ACB5"/>
              <w:bottom w:val="single" w:sz="8" w:space="0" w:color="BEC4CA"/>
              <w:right w:val="single" w:sz="8" w:space="0" w:color="A3ACB5"/>
            </w:tcBorders>
            <w:shd w:val="clear" w:color="auto" w:fill="FFFFFF"/>
            <w:tcMar>
              <w:top w:w="80" w:type="dxa"/>
              <w:left w:w="110" w:type="dxa"/>
              <w:bottom w:w="80" w:type="dxa"/>
              <w:right w:w="110" w:type="dxa"/>
            </w:tcMar>
            <w:vAlign w:val="center"/>
          </w:tcPr>
          <w:p w14:paraId="78033973" w14:textId="2D538F78" w:rsidR="00D34593" w:rsidRPr="00745CA0" w:rsidRDefault="00D34593" w:rsidP="006B0866">
            <w:pPr>
              <w:spacing w:after="0" w:line="360" w:lineRule="auto"/>
              <w:ind w:firstLineChars="50" w:firstLine="110"/>
              <w:rPr>
                <w:color w:val="000000" w:themeColor="text1"/>
                <w:lang w:eastAsia="ja-JP"/>
              </w:rPr>
            </w:pPr>
            <w:r w:rsidRPr="00745CA0">
              <w:rPr>
                <w:rFonts w:ascii="ＭＳ 明朝" w:eastAsia="ＭＳ 明朝" w:hAnsi="ＭＳ 明朝" w:cs="ＭＳ 明朝" w:hint="eastAsia"/>
                <w:color w:val="000000" w:themeColor="text1"/>
                <w:lang w:eastAsia="ja-JP"/>
              </w:rPr>
              <w:t>１</w:t>
            </w:r>
            <w:r w:rsidRPr="00745CA0">
              <w:rPr>
                <w:color w:val="000000" w:themeColor="text1"/>
                <w:lang w:eastAsia="ja-JP"/>
              </w:rPr>
              <w:t>.</w:t>
            </w:r>
            <w:r w:rsidR="00C07700">
              <w:rPr>
                <w:rFonts w:eastAsiaTheme="minorEastAsia"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語学・言語教育　　２</w:t>
            </w:r>
            <w:r w:rsidRPr="00745CA0">
              <w:rPr>
                <w:color w:val="000000" w:themeColor="text1"/>
                <w:lang w:eastAsia="ja-JP"/>
              </w:rPr>
              <w:t>.</w:t>
            </w:r>
            <w:r w:rsidR="00C07700">
              <w:rPr>
                <w:rFonts w:eastAsiaTheme="minorEastAsia"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文学　　３</w:t>
            </w:r>
            <w:r w:rsidRPr="00745CA0">
              <w:rPr>
                <w:color w:val="000000" w:themeColor="text1"/>
                <w:lang w:eastAsia="ja-JP"/>
              </w:rPr>
              <w:t>.</w:t>
            </w:r>
            <w:r w:rsidR="00C07700">
              <w:rPr>
                <w:rFonts w:eastAsiaTheme="minorEastAsia"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 xml:space="preserve">文化　</w:t>
            </w:r>
            <w:r w:rsidR="006B0866" w:rsidRPr="00745CA0">
              <w:rPr>
                <w:rFonts w:ascii="ＭＳ 明朝" w:eastAsia="ＭＳ 明朝" w:hAnsi="ＭＳ 明朝" w:cs="ＭＳ 明朝"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 xml:space="preserve">　４</w:t>
            </w:r>
            <w:r w:rsidRPr="00745CA0">
              <w:rPr>
                <w:color w:val="000000" w:themeColor="text1"/>
                <w:lang w:eastAsia="ja-JP"/>
              </w:rPr>
              <w:t>.</w:t>
            </w:r>
            <w:r w:rsidR="00C07700">
              <w:rPr>
                <w:rFonts w:eastAsiaTheme="minorEastAsia"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歴史</w:t>
            </w:r>
          </w:p>
          <w:p w14:paraId="2EBFFBB2" w14:textId="63D995C5" w:rsidR="0058663F" w:rsidRDefault="00D34593" w:rsidP="006B0866">
            <w:pPr>
              <w:spacing w:after="0" w:line="360" w:lineRule="auto"/>
              <w:ind w:firstLineChars="50" w:firstLine="110"/>
              <w:rPr>
                <w:lang w:eastAsia="ja-JP"/>
              </w:rPr>
            </w:pPr>
            <w:r w:rsidRPr="00745CA0">
              <w:rPr>
                <w:rFonts w:ascii="ＭＳ 明朝" w:eastAsia="ＭＳ 明朝" w:hAnsi="ＭＳ 明朝" w:cs="ＭＳ 明朝" w:hint="eastAsia"/>
                <w:color w:val="000000" w:themeColor="text1"/>
                <w:lang w:eastAsia="ja-JP"/>
              </w:rPr>
              <w:t>５</w:t>
            </w:r>
            <w:r w:rsidRPr="00745CA0">
              <w:rPr>
                <w:color w:val="000000" w:themeColor="text1"/>
                <w:lang w:eastAsia="ja-JP"/>
              </w:rPr>
              <w:t>.</w:t>
            </w:r>
            <w:r w:rsidR="00C07700">
              <w:rPr>
                <w:rFonts w:eastAsiaTheme="minorEastAsia"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 xml:space="preserve">哲学・思想　　</w:t>
            </w:r>
            <w:r w:rsidR="006B0866" w:rsidRPr="00745CA0">
              <w:rPr>
                <w:rFonts w:ascii="ＭＳ 明朝" w:eastAsia="ＭＳ 明朝" w:hAnsi="ＭＳ 明朝" w:cs="ＭＳ 明朝" w:hint="eastAsia"/>
                <w:color w:val="000000" w:themeColor="text1"/>
                <w:lang w:eastAsia="ja-JP"/>
              </w:rPr>
              <w:t xml:space="preserve"> </w:t>
            </w:r>
            <w:r w:rsidR="006B0866" w:rsidRPr="00745CA0">
              <w:rPr>
                <w:rFonts w:ascii="ＭＳ 明朝" w:eastAsia="ＭＳ 明朝" w:hAnsi="ＭＳ 明朝" w:cs="ＭＳ 明朝"/>
                <w:color w:val="000000" w:themeColor="text1"/>
                <w:lang w:eastAsia="ja-JP"/>
              </w:rPr>
              <w:t xml:space="preserve">   </w:t>
            </w:r>
            <w:r w:rsidRPr="00745CA0">
              <w:rPr>
                <w:rFonts w:ascii="ＭＳ 明朝" w:eastAsia="ＭＳ 明朝" w:hAnsi="ＭＳ 明朝" w:cs="ＭＳ 明朝" w:hint="eastAsia"/>
                <w:color w:val="000000" w:themeColor="text1"/>
                <w:lang w:eastAsia="ja-JP"/>
              </w:rPr>
              <w:t>６</w:t>
            </w:r>
            <w:r w:rsidRPr="00745CA0">
              <w:rPr>
                <w:color w:val="000000" w:themeColor="text1"/>
                <w:lang w:eastAsia="ja-JP"/>
              </w:rPr>
              <w:t>.</w:t>
            </w:r>
            <w:r w:rsidR="00C07700">
              <w:rPr>
                <w:rFonts w:eastAsiaTheme="minorEastAsia"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経済　　７</w:t>
            </w:r>
            <w:r w:rsidRPr="00745CA0">
              <w:rPr>
                <w:color w:val="000000" w:themeColor="text1"/>
                <w:lang w:eastAsia="ja-JP"/>
              </w:rPr>
              <w:t>.</w:t>
            </w:r>
            <w:r w:rsidR="00C07700">
              <w:rPr>
                <w:rFonts w:eastAsiaTheme="minorEastAsia"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 xml:space="preserve">政治　</w:t>
            </w:r>
            <w:r w:rsidR="006B0866" w:rsidRPr="00745CA0">
              <w:rPr>
                <w:rFonts w:ascii="ＭＳ 明朝" w:eastAsia="ＭＳ 明朝" w:hAnsi="ＭＳ 明朝" w:cs="ＭＳ 明朝"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 xml:space="preserve">　８</w:t>
            </w:r>
            <w:r w:rsidRPr="00745CA0">
              <w:rPr>
                <w:color w:val="000000" w:themeColor="text1"/>
                <w:lang w:eastAsia="ja-JP"/>
              </w:rPr>
              <w:t>.</w:t>
            </w:r>
            <w:r w:rsidR="00C07700">
              <w:rPr>
                <w:rFonts w:eastAsiaTheme="minorEastAsia" w:hint="eastAsia"/>
                <w:color w:val="000000" w:themeColor="text1"/>
                <w:lang w:eastAsia="ja-JP"/>
              </w:rPr>
              <w:t xml:space="preserve"> </w:t>
            </w:r>
            <w:r w:rsidRPr="00745CA0">
              <w:rPr>
                <w:rFonts w:ascii="ＭＳ 明朝" w:eastAsia="ＭＳ 明朝" w:hAnsi="ＭＳ 明朝" w:cs="ＭＳ 明朝" w:hint="eastAsia"/>
                <w:color w:val="000000" w:themeColor="text1"/>
                <w:lang w:eastAsia="ja-JP"/>
              </w:rPr>
              <w:t>その他</w:t>
            </w:r>
          </w:p>
        </w:tc>
      </w:tr>
      <w:tr w:rsidR="0058663F" w14:paraId="1E016FBD" w14:textId="77777777" w:rsidTr="00745CA0">
        <w:trPr>
          <w:trHeight w:val="920"/>
          <w:jc w:val="center"/>
        </w:trPr>
        <w:tc>
          <w:tcPr>
            <w:tcW w:w="2268" w:type="dxa"/>
            <w:tcBorders>
              <w:top w:val="single" w:sz="8" w:space="0" w:color="BEC4CA"/>
              <w:left w:val="single" w:sz="8" w:space="0" w:color="A3ACB5"/>
              <w:bottom w:val="single" w:sz="8" w:space="0" w:color="BEC4CA"/>
              <w:right w:val="single" w:sz="8" w:space="0" w:color="A3ACB5"/>
            </w:tcBorders>
            <w:shd w:val="clear" w:color="auto" w:fill="F6F4F1"/>
            <w:tcMar>
              <w:top w:w="80" w:type="dxa"/>
              <w:left w:w="110" w:type="dxa"/>
              <w:bottom w:w="80" w:type="dxa"/>
              <w:right w:w="110" w:type="dxa"/>
            </w:tcMar>
            <w:vAlign w:val="center"/>
          </w:tcPr>
          <w:p w14:paraId="0B11F70F" w14:textId="77777777" w:rsidR="0058663F" w:rsidRPr="00240D17" w:rsidRDefault="00085348">
            <w:pPr>
              <w:spacing w:after="0"/>
              <w:rPr>
                <w:rFonts w:asciiTheme="minorEastAsia" w:eastAsiaTheme="minorEastAsia" w:hAnsiTheme="minorEastAsia"/>
              </w:rPr>
            </w:pPr>
            <w:proofErr w:type="spellStart"/>
            <w:r w:rsidRPr="00240D17">
              <w:rPr>
                <w:rFonts w:asciiTheme="minorEastAsia" w:eastAsiaTheme="minorEastAsia" w:hAnsiTheme="minorEastAsia"/>
                <w:b/>
                <w:color w:val="2B3136"/>
              </w:rPr>
              <w:t>連絡事項</w:t>
            </w:r>
            <w:proofErr w:type="spellEnd"/>
          </w:p>
        </w:tc>
        <w:tc>
          <w:tcPr>
            <w:tcW w:w="7370" w:type="dxa"/>
            <w:tcBorders>
              <w:top w:val="single" w:sz="8" w:space="0" w:color="BEC4CA"/>
              <w:left w:val="single" w:sz="8" w:space="0" w:color="A3ACB5"/>
              <w:bottom w:val="single" w:sz="8" w:space="0" w:color="BEC4CA"/>
              <w:right w:val="single" w:sz="8" w:space="0" w:color="A3ACB5"/>
            </w:tcBorders>
            <w:shd w:val="clear" w:color="auto" w:fill="FFFFFF"/>
            <w:tcMar>
              <w:top w:w="80" w:type="dxa"/>
              <w:left w:w="110" w:type="dxa"/>
              <w:bottom w:w="80" w:type="dxa"/>
              <w:right w:w="110" w:type="dxa"/>
            </w:tcMar>
            <w:vAlign w:val="center"/>
          </w:tcPr>
          <w:p w14:paraId="4B3FA947" w14:textId="77777777" w:rsidR="0058663F" w:rsidRPr="00802332" w:rsidRDefault="00085348">
            <w:pPr>
              <w:spacing w:after="0"/>
              <w:rPr>
                <w:rFonts w:asciiTheme="minorEastAsia" w:eastAsiaTheme="minorEastAsia" w:hAnsiTheme="minorEastAsia"/>
                <w:color w:val="7F7F7F" w:themeColor="text1" w:themeTint="80"/>
                <w:lang w:eastAsia="ja-JP"/>
              </w:rPr>
            </w:pPr>
            <w:r w:rsidRPr="00802332">
              <w:rPr>
                <w:rFonts w:asciiTheme="minorEastAsia" w:eastAsiaTheme="minorEastAsia" w:hAnsiTheme="minorEastAsia"/>
                <w:color w:val="7F7F7F" w:themeColor="text1" w:themeTint="80"/>
                <w:sz w:val="21"/>
                <w:lang w:eastAsia="ja-JP"/>
              </w:rPr>
              <w:t>事務局または編集委員会に連絡したいことがあればご記入ください。特になければ空欄で結構です。</w:t>
            </w:r>
          </w:p>
          <w:p w14:paraId="644DF6C9" w14:textId="77777777" w:rsidR="0058663F" w:rsidRDefault="0058663F">
            <w:pPr>
              <w:spacing w:after="0"/>
              <w:rPr>
                <w:lang w:eastAsia="ja-JP"/>
              </w:rPr>
            </w:pPr>
          </w:p>
        </w:tc>
      </w:tr>
      <w:tr w:rsidR="0058663F" w14:paraId="5D2209A9" w14:textId="77777777" w:rsidTr="00745CA0">
        <w:trPr>
          <w:trHeight w:val="1106"/>
          <w:jc w:val="center"/>
        </w:trPr>
        <w:tc>
          <w:tcPr>
            <w:tcW w:w="2268" w:type="dxa"/>
            <w:tcBorders>
              <w:top w:val="single" w:sz="8" w:space="0" w:color="BEC4CA"/>
              <w:left w:val="single" w:sz="8" w:space="0" w:color="A3ACB5"/>
              <w:bottom w:val="single" w:sz="8" w:space="0" w:color="A3ACB5"/>
              <w:right w:val="single" w:sz="8" w:space="0" w:color="A3ACB5"/>
            </w:tcBorders>
            <w:shd w:val="clear" w:color="auto" w:fill="F6F8FA"/>
            <w:tcMar>
              <w:top w:w="80" w:type="dxa"/>
              <w:left w:w="110" w:type="dxa"/>
              <w:bottom w:w="80" w:type="dxa"/>
              <w:right w:w="110" w:type="dxa"/>
            </w:tcMar>
            <w:vAlign w:val="center"/>
          </w:tcPr>
          <w:p w14:paraId="38285CA9" w14:textId="77777777" w:rsidR="0058663F" w:rsidRPr="00240D17" w:rsidRDefault="00085348">
            <w:pPr>
              <w:spacing w:after="0"/>
              <w:rPr>
                <w:rFonts w:asciiTheme="minorEastAsia" w:eastAsiaTheme="minorEastAsia" w:hAnsiTheme="minorEastAsia"/>
              </w:rPr>
            </w:pPr>
            <w:proofErr w:type="spellStart"/>
            <w:r w:rsidRPr="00240D17">
              <w:rPr>
                <w:rFonts w:asciiTheme="minorEastAsia" w:eastAsiaTheme="minorEastAsia" w:hAnsiTheme="minorEastAsia"/>
                <w:b/>
                <w:color w:val="2B3136"/>
              </w:rPr>
              <w:t>最終確認</w:t>
            </w:r>
            <w:proofErr w:type="spellEnd"/>
          </w:p>
        </w:tc>
        <w:tc>
          <w:tcPr>
            <w:tcW w:w="7370" w:type="dxa"/>
            <w:tcBorders>
              <w:top w:val="single" w:sz="8" w:space="0" w:color="BEC4CA"/>
              <w:left w:val="single" w:sz="8" w:space="0" w:color="A3ACB5"/>
              <w:bottom w:val="single" w:sz="8" w:space="0" w:color="A3ACB5"/>
              <w:right w:val="single" w:sz="8" w:space="0" w:color="A3ACB5"/>
            </w:tcBorders>
            <w:shd w:val="clear" w:color="auto" w:fill="FBFCFD"/>
            <w:tcMar>
              <w:top w:w="80" w:type="dxa"/>
              <w:left w:w="110" w:type="dxa"/>
              <w:bottom w:w="80" w:type="dxa"/>
              <w:right w:w="110" w:type="dxa"/>
            </w:tcMar>
            <w:vAlign w:val="center"/>
          </w:tcPr>
          <w:p w14:paraId="7F777F4E" w14:textId="77777777" w:rsidR="00E76983" w:rsidRPr="00EA4E8B" w:rsidRDefault="00E76983" w:rsidP="00617E43">
            <w:pPr>
              <w:spacing w:after="0" w:line="360" w:lineRule="auto"/>
              <w:rPr>
                <w:rFonts w:ascii="Noto Sans JP" w:eastAsia="Noto Sans JP" w:hAnsi="Noto Sans JP" w:cs="PMingLiU"/>
                <w:color w:val="000000" w:themeColor="text1"/>
                <w:lang w:eastAsia="ja-JP"/>
              </w:rPr>
            </w:pPr>
            <w:r w:rsidRPr="00EA4E8B">
              <w:rPr>
                <w:rFonts w:asciiTheme="minorEastAsia" w:eastAsiaTheme="minorEastAsia" w:hAnsiTheme="minorEastAsia" w:cs="PMingLiU" w:hint="eastAsia"/>
                <w:color w:val="000000" w:themeColor="text1"/>
                <w:lang w:eastAsia="ja-JP"/>
              </w:rPr>
              <w:t xml:space="preserve">□ </w:t>
            </w:r>
            <w:r w:rsidRPr="00EA4E8B">
              <w:rPr>
                <w:rFonts w:ascii="ＭＳ 明朝" w:eastAsia="ＭＳ 明朝" w:hAnsi="ＭＳ 明朝" w:cs="ＭＳ 明朝" w:hint="eastAsia"/>
                <w:color w:val="000000" w:themeColor="text1"/>
                <w:lang w:eastAsia="ja-JP"/>
              </w:rPr>
              <w:t>所定フォーマット使用</w:t>
            </w:r>
          </w:p>
          <w:p w14:paraId="265BD138" w14:textId="04557580" w:rsidR="00240D17" w:rsidRPr="0084302A" w:rsidRDefault="00617E43" w:rsidP="00617E43">
            <w:pPr>
              <w:spacing w:after="0" w:line="360" w:lineRule="auto"/>
              <w:rPr>
                <w:rFonts w:eastAsiaTheme="minorEastAsia" w:hint="eastAsia"/>
                <w:lang w:eastAsia="zh-CN"/>
              </w:rPr>
            </w:pPr>
            <w:r w:rsidRPr="00EA4E8B">
              <w:rPr>
                <w:rFonts w:asciiTheme="minorEastAsia" w:eastAsiaTheme="minorEastAsia" w:hAnsiTheme="minorEastAsia" w:cs="PMingLiU" w:hint="eastAsia"/>
                <w:color w:val="000000" w:themeColor="text1"/>
                <w:lang w:eastAsia="zh-CN"/>
              </w:rPr>
              <w:t>□</w:t>
            </w:r>
            <w:r w:rsidR="00085348" w:rsidRPr="00EA4E8B">
              <w:rPr>
                <w:color w:val="000000" w:themeColor="text1"/>
                <w:lang w:eastAsia="zh-CN"/>
              </w:rPr>
              <w:t xml:space="preserve"> </w:t>
            </w:r>
            <w:r w:rsidR="00240D17" w:rsidRPr="00EA4E8B">
              <w:rPr>
                <w:color w:val="000000" w:themeColor="text1"/>
                <w:lang w:eastAsia="zh-CN"/>
              </w:rPr>
              <w:t xml:space="preserve"> </w:t>
            </w:r>
            <w:r w:rsidR="00085348" w:rsidRPr="00EA4E8B">
              <w:rPr>
                <w:color w:val="000000" w:themeColor="text1"/>
                <w:lang w:eastAsia="zh-CN"/>
              </w:rPr>
              <w:t>頁数確認</w:t>
            </w:r>
            <w:r w:rsidR="00240D17" w:rsidRPr="002B08BA">
              <w:rPr>
                <w:rFonts w:ascii="ＭＳ 明朝" w:eastAsia="ＭＳ 明朝" w:hAnsi="ＭＳ 明朝" w:cs="ＭＳ 明朝" w:hint="eastAsia"/>
                <w:sz w:val="17"/>
                <w:szCs w:val="17"/>
                <w:lang w:eastAsia="zh-CN"/>
              </w:rPr>
              <w:t>（春季号</w:t>
            </w:r>
            <w:r w:rsidR="00240D17" w:rsidRPr="002B08BA">
              <w:rPr>
                <w:sz w:val="17"/>
                <w:szCs w:val="17"/>
                <w:lang w:eastAsia="zh-CN"/>
              </w:rPr>
              <w:t xml:space="preserve"> 5–7</w:t>
            </w:r>
            <w:r w:rsidR="00240D17" w:rsidRPr="002B08BA">
              <w:rPr>
                <w:rFonts w:ascii="ＭＳ 明朝" w:eastAsia="ＭＳ 明朝" w:hAnsi="ＭＳ 明朝" w:cs="ＭＳ 明朝" w:hint="eastAsia"/>
                <w:sz w:val="17"/>
                <w:szCs w:val="17"/>
                <w:lang w:eastAsia="zh-CN"/>
              </w:rPr>
              <w:t>頁／秋季号</w:t>
            </w:r>
            <w:r w:rsidR="00240D17" w:rsidRPr="002B08BA">
              <w:rPr>
                <w:sz w:val="17"/>
                <w:szCs w:val="17"/>
                <w:lang w:eastAsia="zh-CN"/>
              </w:rPr>
              <w:t xml:space="preserve"> 10–15</w:t>
            </w:r>
            <w:r w:rsidR="00240D17" w:rsidRPr="002B08BA">
              <w:rPr>
                <w:rFonts w:ascii="ＭＳ 明朝" w:eastAsia="ＭＳ 明朝" w:hAnsi="ＭＳ 明朝" w:cs="ＭＳ 明朝" w:hint="eastAsia"/>
                <w:sz w:val="17"/>
                <w:szCs w:val="17"/>
                <w:lang w:eastAsia="zh-CN"/>
              </w:rPr>
              <w:t>頁）</w:t>
            </w:r>
          </w:p>
          <w:p w14:paraId="2B760AD1" w14:textId="77777777" w:rsidR="0058663F" w:rsidRDefault="00617E43" w:rsidP="00617E43">
            <w:pPr>
              <w:spacing w:after="0" w:line="360" w:lineRule="auto"/>
              <w:rPr>
                <w:lang w:eastAsia="ja-JP"/>
              </w:rPr>
            </w:pPr>
            <w:r>
              <w:rPr>
                <w:rFonts w:asciiTheme="minorEastAsia" w:eastAsiaTheme="minorEastAsia" w:hAnsiTheme="minorEastAsia" w:cs="PMingLiU" w:hint="eastAsia"/>
                <w:lang w:eastAsia="ja-JP"/>
              </w:rPr>
              <w:t>□</w:t>
            </w:r>
            <w:r w:rsidR="00240D17">
              <w:rPr>
                <w:rFonts w:asciiTheme="minorEastAsia" w:eastAsiaTheme="minorEastAsia" w:hAnsiTheme="minorEastAsia" w:cs="PMingLiU" w:hint="eastAsia"/>
                <w:lang w:eastAsia="ja-JP"/>
              </w:rPr>
              <w:t xml:space="preserve"> </w:t>
            </w:r>
            <w:r w:rsidR="00085348">
              <w:rPr>
                <w:lang w:eastAsia="ja-JP"/>
              </w:rPr>
              <w:t>本文・要旨内に氏名／所属の記載なし</w:t>
            </w:r>
          </w:p>
          <w:p w14:paraId="6A89B39D" w14:textId="77777777" w:rsidR="0058663F" w:rsidRDefault="00085348" w:rsidP="00627BC3">
            <w:pPr>
              <w:spacing w:after="0" w:line="360" w:lineRule="auto"/>
              <w:ind w:firstLineChars="350" w:firstLine="630"/>
              <w:rPr>
                <w:rFonts w:asciiTheme="minorEastAsia" w:eastAsiaTheme="minorEastAsia" w:hAnsiTheme="minorEastAsia"/>
                <w:color w:val="595959" w:themeColor="text1" w:themeTint="A6"/>
                <w:sz w:val="18"/>
                <w:szCs w:val="18"/>
                <w:lang w:eastAsia="ja-JP"/>
              </w:rPr>
            </w:pPr>
            <w:r w:rsidRPr="00240D17">
              <w:rPr>
                <w:rFonts w:asciiTheme="minorEastAsia" w:eastAsiaTheme="minorEastAsia" w:hAnsiTheme="minorEastAsia"/>
                <w:color w:val="595959" w:themeColor="text1" w:themeTint="A6"/>
                <w:sz w:val="18"/>
                <w:szCs w:val="18"/>
                <w:lang w:eastAsia="ja-JP"/>
              </w:rPr>
              <w:t>※ ファイル名には氏名を付してください。</w:t>
            </w:r>
          </w:p>
          <w:p w14:paraId="3FBC7703" w14:textId="77777777" w:rsidR="00EA4E8B" w:rsidRPr="00A339D0" w:rsidRDefault="00EA4E8B" w:rsidP="00EA4E8B">
            <w:pPr>
              <w:spacing w:after="0" w:line="360" w:lineRule="auto"/>
              <w:rPr>
                <w:rFonts w:eastAsiaTheme="minorEastAsia" w:hint="eastAsia"/>
                <w:lang w:eastAsia="ja-JP"/>
              </w:rPr>
            </w:pPr>
            <w:r>
              <w:rPr>
                <w:rFonts w:asciiTheme="minorEastAsia" w:eastAsiaTheme="minorEastAsia" w:hAnsiTheme="minorEastAsia" w:cs="PMingLiU" w:hint="eastAsia"/>
                <w:lang w:eastAsia="ja-JP"/>
              </w:rPr>
              <w:t xml:space="preserve">□ </w:t>
            </w:r>
            <w:r>
              <w:rPr>
                <w:rFonts w:eastAsiaTheme="minorEastAsia" w:hint="eastAsia"/>
                <w:lang w:eastAsia="ja-JP"/>
              </w:rPr>
              <w:t>会費または投稿料を納入済み</w:t>
            </w:r>
          </w:p>
          <w:p w14:paraId="445E2CDB" w14:textId="77777777" w:rsidR="00A339D0" w:rsidRDefault="00A339D0" w:rsidP="00627BC3">
            <w:pPr>
              <w:spacing w:after="0" w:line="360" w:lineRule="auto"/>
              <w:ind w:firstLineChars="350" w:firstLine="630"/>
              <w:rPr>
                <w:rFonts w:ascii="ＭＳ 明朝" w:eastAsia="ＭＳ 明朝" w:hAnsi="ＭＳ 明朝" w:cs="ＭＳ 明朝"/>
                <w:sz w:val="18"/>
                <w:szCs w:val="18"/>
                <w:lang w:eastAsia="ja-JP"/>
              </w:rPr>
            </w:pPr>
            <w:r w:rsidRPr="00A339D0">
              <w:rPr>
                <w:rFonts w:ascii="ＭＳ 明朝" w:eastAsia="ＭＳ 明朝" w:hAnsi="ＭＳ 明朝" w:cs="ＭＳ 明朝" w:hint="eastAsia"/>
                <w:sz w:val="18"/>
                <w:szCs w:val="18"/>
                <w:lang w:eastAsia="ja-JP"/>
              </w:rPr>
              <w:t>※</w:t>
            </w:r>
            <w:r>
              <w:rPr>
                <w:rFonts w:ascii="ＭＳ 明朝" w:eastAsia="ＭＳ 明朝" w:hAnsi="ＭＳ 明朝" w:cs="ＭＳ 明朝" w:hint="eastAsia"/>
                <w:sz w:val="18"/>
                <w:szCs w:val="18"/>
                <w:lang w:eastAsia="ja-JP"/>
              </w:rPr>
              <w:t xml:space="preserve"> </w:t>
            </w:r>
            <w:r w:rsidRPr="00A339D0">
              <w:rPr>
                <w:rFonts w:ascii="ＭＳ 明朝" w:eastAsia="ＭＳ 明朝" w:hAnsi="ＭＳ 明朝" w:cs="ＭＳ 明朝" w:hint="eastAsia"/>
                <w:sz w:val="18"/>
                <w:szCs w:val="18"/>
                <w:lang w:eastAsia="ja-JP"/>
              </w:rPr>
              <w:t>未納または不明な場合は、投稿前に事務局へ確認してください。</w:t>
            </w:r>
          </w:p>
          <w:p w14:paraId="3C2E73EC" w14:textId="00D02D79" w:rsidR="00854551" w:rsidRPr="00854551" w:rsidRDefault="00B43FEC" w:rsidP="00854551">
            <w:pPr>
              <w:spacing w:after="0" w:line="360" w:lineRule="auto"/>
              <w:rPr>
                <w:rFonts w:asciiTheme="minorEastAsia" w:eastAsiaTheme="minorEastAsia" w:hAnsiTheme="minorEastAsia"/>
                <w:color w:val="EE0000"/>
                <w:sz w:val="18"/>
                <w:szCs w:val="18"/>
                <w:lang w:eastAsia="ja-JP"/>
              </w:rPr>
            </w:pPr>
            <w:r w:rsidRPr="00B43FEC">
              <w:rPr>
                <w:rFonts w:ascii="ＭＳ 明朝" w:eastAsia="ＭＳ 明朝" w:hAnsi="ＭＳ 明朝" w:cs="ＭＳ 明朝"/>
                <w:color w:val="EE0000"/>
                <w:sz w:val="18"/>
                <w:szCs w:val="18"/>
                <w:lang w:eastAsia="ja-JP"/>
              </w:rPr>
              <w:t>以上の事項に不備がある場合は、投稿を受理しません。また、不受理となった原稿は、当該号に再投稿することができません。</w:t>
            </w:r>
          </w:p>
        </w:tc>
      </w:tr>
    </w:tbl>
    <w:p w14:paraId="7DD98BEE" w14:textId="77777777" w:rsidR="00085348" w:rsidRDefault="00085348">
      <w:pPr>
        <w:rPr>
          <w:lang w:eastAsia="ja-JP"/>
        </w:rPr>
      </w:pPr>
    </w:p>
    <w:sectPr w:rsidR="00085348" w:rsidSect="005B028C">
      <w:pgSz w:w="11906" w:h="16838"/>
      <w:pgMar w:top="1701" w:right="1588" w:bottom="1701"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86051" w14:textId="77777777" w:rsidR="00D17F9C" w:rsidRDefault="00D17F9C" w:rsidP="00802332">
      <w:pPr>
        <w:spacing w:after="0" w:line="240" w:lineRule="auto"/>
      </w:pPr>
      <w:r>
        <w:separator/>
      </w:r>
    </w:p>
  </w:endnote>
  <w:endnote w:type="continuationSeparator" w:id="0">
    <w:p w14:paraId="7CF6349C" w14:textId="77777777" w:rsidR="00D17F9C" w:rsidRDefault="00D17F9C" w:rsidP="00802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oto Serif CJK JP">
    <w:altName w:val="Cambria"/>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Noto Sans JP">
    <w:panose1 w:val="020B0200000000000000"/>
    <w:charset w:val="80"/>
    <w:family w:val="modern"/>
    <w:pitch w:val="variable"/>
    <w:sig w:usb0="20000287" w:usb1="2ADF3C10" w:usb2="00000016" w:usb3="00000000" w:csb0="0006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33FC" w14:textId="77777777" w:rsidR="00D17F9C" w:rsidRDefault="00D17F9C" w:rsidP="00802332">
      <w:pPr>
        <w:spacing w:after="0" w:line="240" w:lineRule="auto"/>
      </w:pPr>
      <w:r>
        <w:separator/>
      </w:r>
    </w:p>
  </w:footnote>
  <w:footnote w:type="continuationSeparator" w:id="0">
    <w:p w14:paraId="466D0449" w14:textId="77777777" w:rsidR="00D17F9C" w:rsidRDefault="00D17F9C" w:rsidP="00802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34295534">
    <w:abstractNumId w:val="8"/>
  </w:num>
  <w:num w:numId="2" w16cid:durableId="453596432">
    <w:abstractNumId w:val="6"/>
  </w:num>
  <w:num w:numId="3" w16cid:durableId="387800695">
    <w:abstractNumId w:val="5"/>
  </w:num>
  <w:num w:numId="4" w16cid:durableId="1585607163">
    <w:abstractNumId w:val="4"/>
  </w:num>
  <w:num w:numId="5" w16cid:durableId="1106852432">
    <w:abstractNumId w:val="7"/>
  </w:num>
  <w:num w:numId="6" w16cid:durableId="58943081">
    <w:abstractNumId w:val="3"/>
  </w:num>
  <w:num w:numId="7" w16cid:durableId="2002197090">
    <w:abstractNumId w:val="2"/>
  </w:num>
  <w:num w:numId="8" w16cid:durableId="783695900">
    <w:abstractNumId w:val="1"/>
  </w:num>
  <w:num w:numId="9" w16cid:durableId="1558466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D1D"/>
    <w:rsid w:val="00034616"/>
    <w:rsid w:val="0006063C"/>
    <w:rsid w:val="00085348"/>
    <w:rsid w:val="000B38D3"/>
    <w:rsid w:val="000F665A"/>
    <w:rsid w:val="00120ED5"/>
    <w:rsid w:val="00120EDD"/>
    <w:rsid w:val="0015074B"/>
    <w:rsid w:val="001D4082"/>
    <w:rsid w:val="00240D17"/>
    <w:rsid w:val="00260748"/>
    <w:rsid w:val="0029639D"/>
    <w:rsid w:val="002B08BA"/>
    <w:rsid w:val="00326F90"/>
    <w:rsid w:val="003D3FB5"/>
    <w:rsid w:val="00537984"/>
    <w:rsid w:val="00581311"/>
    <w:rsid w:val="0058663F"/>
    <w:rsid w:val="005B028C"/>
    <w:rsid w:val="006133B1"/>
    <w:rsid w:val="00617E43"/>
    <w:rsid w:val="00627BC3"/>
    <w:rsid w:val="00646B03"/>
    <w:rsid w:val="006539BD"/>
    <w:rsid w:val="006B0866"/>
    <w:rsid w:val="006D6E4B"/>
    <w:rsid w:val="00707E14"/>
    <w:rsid w:val="00745CA0"/>
    <w:rsid w:val="00786A11"/>
    <w:rsid w:val="00802332"/>
    <w:rsid w:val="0084302A"/>
    <w:rsid w:val="00854551"/>
    <w:rsid w:val="008A2F67"/>
    <w:rsid w:val="009164E8"/>
    <w:rsid w:val="00971B26"/>
    <w:rsid w:val="00983500"/>
    <w:rsid w:val="00A17FD1"/>
    <w:rsid w:val="00A339D0"/>
    <w:rsid w:val="00AA1D8D"/>
    <w:rsid w:val="00AB7B3A"/>
    <w:rsid w:val="00B1652A"/>
    <w:rsid w:val="00B43FEC"/>
    <w:rsid w:val="00B47730"/>
    <w:rsid w:val="00C07700"/>
    <w:rsid w:val="00C23628"/>
    <w:rsid w:val="00CB0664"/>
    <w:rsid w:val="00D17F9C"/>
    <w:rsid w:val="00D26D8E"/>
    <w:rsid w:val="00D34593"/>
    <w:rsid w:val="00E00C8C"/>
    <w:rsid w:val="00E0430C"/>
    <w:rsid w:val="00E76983"/>
    <w:rsid w:val="00EA4E8B"/>
    <w:rsid w:val="00F1272F"/>
    <w:rsid w:val="00F44BA2"/>
    <w:rsid w:val="00F4627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2234F2C"/>
  <w14:defaultImageDpi w14:val="330"/>
  <w15:docId w15:val="{F5AF4F7E-F725-461B-8017-E41A4E2C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oto Sans CJK JP" w:eastAsia="Noto Sans CJK JP" w:hAnsi="Noto Sans CJK JP"/>
      <w:color w:val="2A2E33"/>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B36AD-0E7A-422D-8B58-4DD6C0A77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76</Words>
  <Characters>439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コメント</cp:lastModifiedBy>
  <cp:revision>10</cp:revision>
  <dcterms:created xsi:type="dcterms:W3CDTF">2026-03-21T16:46:00Z</dcterms:created>
  <dcterms:modified xsi:type="dcterms:W3CDTF">2026-07-23T12:49:00Z</dcterms:modified>
  <cp:category/>
</cp:coreProperties>
</file>